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בן־יהודה והמילים החדשות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העברית חזרה להיות שפה מדוברת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דרך יצירת מילים חדשות משורש ומשקל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וסיומת ־ון במילים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שפה של ספרים ותפילות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לדבר רק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המילון היה גדול ורחב והעבודה ארכה שנים 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בטקסט כחלק מפעולותיו למען השפה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המילון הושלם אחרי מותו בידי ממשיכיו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שורשים ומשקלים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(אותיות הבסיס שנושאות את המשמעות של 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(תבנית קבועה שמכניסים לתוכה 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(גוף שהוקם כדי להכריע על מילים חדשות)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העברית הייתה שפה של ספרים ותפילה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בן־יהודה החליט לדבר רק עברית בביתו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כתב מאמרים ועודד אחרים לדבר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הוקם ועד הלשון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ולשון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דיבר רק עברית בביתו; כתב מאמרים בעיתונים ועודד אחרים לדבר עברית; היה בין מייסדי ועד הלשון; עבד שנים רבות על המילון הגדול (שלוש מתוך אלה)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שורש=אותיות בסיס, משקל=תבנית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מחדשי, חידוש, התחדשות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זו מסורת מקובלת שקשה להוכיח אותה בוודאות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מילים חדשות שהתלמידים מכירים מהיום-יום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מפעל המילים (שורש אדום, משקל כחול) מתאים כפעילות המשך לחלק הלשוני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האתגר כדאי לאפשר שיתוף בעל פה של המילים שהומצאו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בן־יהודה והמילים החדשות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מספר איך אליעזר בן־יהודה ואנשים נוספים פעלו כדי שהעברית תחזור לשמש שפת דיבור יומיומית, ואיך נוצרות מילים חדשות משורש ומשקל.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ון  ·  מקטל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מצבה של העברית לפני כמאה וחמישים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שפה של ספרים ותפילות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שפה מדוברת בבית ובשוק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שפה שלא היה לה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החליט בן־יהודה על הדיבור בביתו?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לדבר רק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לדבר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עברית ואנגלית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מדוע בן־יהודה לא הספיק לסיים את המילון בעצמו?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לא היה לו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המילון היה גדול ורחב והעבודה ארכה שנים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איבד את כל החומר שכתב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בן־יהודה כתב מאמרים בעיתונים כדי לעודד אנשים לדבר 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המילון הגדול הושלם במלואו עוד בחייו של בן־יהודה.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שורשים ומשקלים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המילים מגדל, מכתב ומפעל בנויות באותו משקל: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מילון נבנתה מהמילה מילה ומהסיומת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גוף שהוקם כדי להכריע על מילים 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אותיות הבסיס שנושאות את המשמעות של 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ועד הלשון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תבנית קבועה שמכניסים לתוכה 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בן־יהודה החליט לדבר רק עברית בביתו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הוא כתב מאמרים ועודד אחרים לדבר 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הוקם ועד הלשון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העברית הייתה שפה של ספרים ותפילה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ולשון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מנו שלוש פעולות שעשה בן־יהודה למען החייאת העברית.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שורש למשקל?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למילה שנבנתה מהשורש ח-ד-ש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אליעזר בן־יהודה והמילים החדשות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