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בן־יהודה והמילים החדשות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העברית חזרה להיות שפה מדוברת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דרך יצירת מילים חדשות משורש ומשקל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וסיומת ־ון במילים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שפה של ספרים ותפילות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לדבר רק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המילון היה גדול ורחב והעבודה ארכה שנים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לקחת שורש עתיק ולהכניס אותו לתבנית מוכרת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הדוברים 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בטקסט כחלק מפעולותיו למען השפה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המילון הושלם אחרי מותו בידי ממשיכיו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הדובר מזהה את השורש ואת התבנית ומחבר ביניהם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נזהר בניסוח כי חלק מהייחוסים שנויים במחלוקת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שורשים ומשקלים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י-ס-ד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מחדשי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(אותיות הבסיס שנושאות את המשמעות של 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(תבנית קבועה שמכניסים לתוכה 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(גוף שהוקם כדי להכריע על מילים חדשות)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(סיפור שרבים מאמינים בו אך קשה להוכיח)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(ספר שאוסף מילים ומסביר את פירושן)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העברית הייתה שפה של ספרים ותפילה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בן־יהודה החליט לדבר רק עברית בביתו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כתב מאמרים ועודד אחרים לדבר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הוקם ועד הלשון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בן־יהודה עבד שנים רבות על מילון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אחרי מותו, ממשיכיו השלימו את המילון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ולשון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דיבר רק עברית בביתו; כתב מאמרים בעיתונים ועודד אחרים לדבר עברית; היה בין מייסדי ועד הלשון; עבד שנים רבות על המילון הגדול (שלוש מתוך אלה)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שורש=אותיות בסיס, משקל=תבנית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מחדשי, חידוש, התחדשות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זו מסורת מקובלת שקשה להוכיח אותה בוודאות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מילים חדשות שהתלמידים מכירים מהיום-יום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מפעל המילים (שורש אדום, משקל כחול) מתאים כפעילות המשך לחלק הלשוני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האתגר כדאי לאפשר שיתוף בעל פה של המילים שהומצאו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בן־יהודה והמילים החדשות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על איש בשם בן־יהודה. הוא רצה שאנשים ידברו עברית כל יום, לא רק בספרים. הוא עזר ליצור מילים חדשות בעברית.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הבסיס שנושאות את המשמעות של מילה, למשל כ־ת־ב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שמכניסים לתוכה שורש כדי ליצור מילה, למשל מקטל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 הלשון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שהוקם כדי להכריע על מילים חדשות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שאוסף מילים ומסביר את פירושן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מסורת מקובלת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שרבים מספרים אך קשה להוכיח אותו בוודאות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 מתועדת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שידוע וניתן להוכיח שקרה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שמתווסף לסוף מילה ומשנה את משמעותה, כמו ־ון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מסגרת קבועה שאליה מכניסים את אותיות השורש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השתמשו בעברית בעבר?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 של ספרים ותפילות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 מדוברת בבית ובשוק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שלא היה לה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שדיברו בה רק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שפה בן־יהודה החליט לדבר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רק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עברית ואנגלית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לדבר כלל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המילון לא הושלם בחייו?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היה לו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המילון היה גדול ורחב והעבודה ארכה שנים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איבד את כל החומר שכתב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עבר לגור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יוצרים מילה חדשה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להמציא אותיות חדשות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לקחת שורש עתיק ולהכניס אותו לתבנית מוכרת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לתרגם מילים משפות זרות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מילים ישנות מהשפה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קובע אם מילה חדשה תישאר בשפה?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חברי ועד הלשון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בן־יהודה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הדוברים 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סופרים ומשוררים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כתב מאמרים בעיתונים כדי לעודד אנשים לדבר 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המילון הגדול הושלם במלואו עוד בחייו של בן־יהודה.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שנבנית משורש מוכר ותבנית מוכרת קלה יותר להבנה כי אפשר לנחש את משמעותה.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טוען בוודאות גמורה שכל חידושי המילים המיוחסים לבן־יהודה אכן נוצרו על ידו.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שורשים ומשקלים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המילים מגדל, מכתב ומפעל בנויות באותו משקל: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מילון נבנתה מהמילה מילה ומהסיומת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המילה מייסדי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שנבנתה מהשורש ח-ד-ש ומתארת אנשים היוצרים מילים חדשות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לפי הדימוי בטקסט, העברית הייתה כמו __________ יקר שנשמר בארון נעול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שהוקם כדי להכריע על מילים 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שרבים מאמינים בו אך קשה להוכיח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ועד הלשון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 שאוסף מילים ומסביר את פירושן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מסורת מקובלת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אותיות הבסיס שנושאות את המשמעות של 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תבנית קבועה שמכניסים לתוכה 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כתב מאמרים ועודד אחרים לדבר 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מותו, ממשיכיו השלימו את המילון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העברית הייתה שפה של ספרים ותפילה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עבד שנים רבות על מילון 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הוקם ועד הלשון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החליט לדבר רק עברית בביתו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ולשון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מנו שלוש פעולות שעשה בן־יהודה למען החייאת העברית.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 למשקל?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שנבנתה מהשורש ח-ד-ש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הכותבים כתבו 'לפי המסופר' כשדיברו על בנו של בן־יהודה?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אליעזר בן־יהודה והמילים החדשות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